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готовности работ к сдаче</w:t>
      </w:r>
    </w:p>
    <w:p>
      <w:pPr>
        <w:pStyle w:val="Subtitle"/>
      </w:pPr>
      <w:r>
        <w:t>Редактируемый бланк</w:t>
      </w:r>
    </w:p>
    <w:p>
      <w:r>
        <w:t>Заполняется на основании фактических данных и условий договора. Сохраните подтверждения передачи документа адресату.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Отправитель и адресат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и дата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Предъявляемые работы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Готовность и предложение о приёмке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Предлагаемые дата и место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Прилагаемые документы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Доступ и связь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статья 753; договор.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A10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