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Уведомление о необходимости дополнительных работ</w:t>
      </w:r>
    </w:p>
    <w:p>
      <w:pPr>
        <w:pStyle w:val="Subtitle"/>
      </w:pPr>
      <w:r>
        <w:t>Редактируемый бланк</w:t>
      </w:r>
    </w:p>
    <w:p>
      <w:r>
        <w:t>Заполняется на основании фактических данных и условий договора. Сохраните подтверждения передачи документа адресату.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Кому и от кого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Номер и дата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Обнаруженное обстоятельство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Исходная и изменённая документация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Почему работа не включена в исходный объём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Предварительный расчёт и влияние на срок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Запрашиваемое решение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До получения ответа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</w:pPr>
      <w:r>
        <w:t>Основания для подготовки: ГК РФ, статьи 743, 744; договор.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A13  •  1.0 от 04.11.2026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