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Общий журнал работ</w:t>
      </w:r>
    </w:p>
    <w:p>
      <w:pPr>
        <w:pStyle w:val="Subtitle"/>
      </w:pPr>
      <w:r>
        <w:t>Пример заполнения. Учебные данные</w:t>
      </w:r>
    </w:p>
    <w:p>
      <w:r>
        <w:t>Форма приложения № 1 к приказу Минстроя России от 02.12.2022 № 1026/пр. Бланк для бумажного ведения. Количество листов разделов увеличивают до нумерации и брошюровки. Файл Word не является электронной системой ведения журнала.</w:t>
      </w:r>
    </w:p>
    <w:p>
      <w:pPr>
        <w:spacing w:after="80"/>
      </w:pPr>
      <w:r>
        <w:rPr>
          <w:sz w:val="20"/>
        </w:rPr>
        <w:t>УТВЕРЖДЕНА приказом Министерства строительства и жилищно-коммунального хозяйства Российской Федерации от 2 декабря 2022 г. № 1026/пр</w:t>
      </w:r>
    </w:p>
    <w:p>
      <w:pPr>
        <w:keepNext/>
        <w:spacing w:after="80"/>
      </w:pPr>
      <w:r>
        <w:rPr>
          <w:sz w:val="20"/>
        </w:rPr>
        <w:t>Форма</w:t>
      </w:r>
    </w:p>
    <w:p>
      <w:pPr>
        <w:keepNext/>
        <w:spacing w:after="80"/>
      </w:pPr>
      <w:r>
        <w:rPr>
          <w:sz w:val="20"/>
        </w:rPr>
        <w:t>Общий журнал,</w:t>
      </w:r>
    </w:p>
    <w:p>
      <w:pPr>
        <w:keepNext/>
        <w:spacing w:after="80"/>
      </w:pPr>
      <w:r>
        <w:rPr>
          <w:sz w:val="20"/>
        </w:rPr>
        <w:t>в котором ведется учет выполнения работ по строительству,</w:t>
      </w:r>
    </w:p>
    <w:p>
      <w:pPr>
        <w:keepNext/>
        <w:spacing w:after="80"/>
      </w:pPr>
      <w:r>
        <w:rPr>
          <w:sz w:val="20"/>
        </w:rPr>
        <w:t>реконструкции, капитальному ремонту объекта капитального строительства</w:t>
      </w:r>
    </w:p>
    <w:p>
      <w:pPr>
        <w:keepNext/>
        <w:spacing w:after="80"/>
      </w:pPr>
      <w:r>
        <w:rPr>
          <w:sz w:val="20"/>
        </w:rPr>
        <w:t>№ У-А/26</w:t>
      </w:r>
    </w:p>
    <w:p>
      <w:pPr>
        <w:keepNext/>
        <w:spacing w:after="80"/>
      </w:pPr>
      <w:r>
        <w:rPr>
          <w:sz w:val="20"/>
        </w:rPr>
        <w:t>по строительству учебного объекта А — административного здания</w:t>
      </w:r>
    </w:p>
    <w:p>
      <w:pPr>
        <w:spacing w:after="80"/>
      </w:pPr>
      <w:r>
        <w:rPr>
          <w:sz w:val="20"/>
        </w:rPr>
        <w:t>(указать строительство, реконструкция, капитальный ремонт)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(наименование объекта капитального строительства, его почтовый</w:t>
      </w:r>
    </w:p>
    <w:p>
      <w:pPr>
        <w:keepNext/>
        <w:spacing w:after="80"/>
      </w:pPr>
      <w:r>
        <w:rPr>
          <w:sz w:val="20"/>
        </w:rPr>
        <w:t>или строительный адрес)</w:t>
      </w:r>
    </w:p>
    <w:p>
      <w:pPr>
        <w:keepNext/>
        <w:spacing w:after="80"/>
      </w:pPr>
      <w:r>
        <w:rPr>
          <w:sz w:val="20"/>
        </w:rPr>
        <w:t>Застройщик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(фамилия, имя, отчество (последнее - при наличии), адрес места</w:t>
      </w:r>
    </w:p>
    <w:p>
      <w:pPr>
        <w:keepNext/>
        <w:spacing w:after="80"/>
      </w:pPr>
      <w:r>
        <w:rPr>
          <w:sz w:val="20"/>
        </w:rPr>
        <w:t>жительства, ОГРНИП, ИНН индивидуального предпринимателя,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ИНН, место нахождения</w:t>
      </w:r>
    </w:p>
    <w:p>
      <w:pPr>
        <w:keepNext/>
        <w:spacing w:after="80"/>
      </w:pPr>
      <w:r>
        <w:rPr>
          <w:sz w:val="20"/>
        </w:rPr>
        <w:t>юридического лица, телефон/факс, адрес электронной почты (при наличии),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 саморегулируемой</w:t>
      </w:r>
    </w:p>
    <w:p>
      <w:pPr>
        <w:keepNext/>
        <w:spacing w:after="80"/>
      </w:pPr>
      <w:r>
        <w:rPr>
          <w:sz w:val="20"/>
        </w:rPr>
        <w:t>организации, членом которой является указанное юридическое лицо или</w:t>
      </w:r>
    </w:p>
    <w:p>
      <w:pPr>
        <w:keepNext/>
        <w:spacing w:after="80"/>
      </w:pPr>
      <w:r>
        <w:rPr>
          <w:sz w:val="20"/>
        </w:rPr>
        <w:t>индивидуальный предприниматель (за исключением случаев, когда членство</w:t>
      </w:r>
    </w:p>
    <w:p>
      <w:pPr>
        <w:keepNext/>
        <w:spacing w:after="80"/>
      </w:pPr>
      <w:r>
        <w:rPr>
          <w:sz w:val="20"/>
        </w:rPr>
        <w:t>в саморегулируемых организациях в области инженерных изысканий,</w:t>
      </w:r>
    </w:p>
    <w:p>
      <w:pPr>
        <w:keepNext/>
        <w:spacing w:after="80"/>
      </w:pPr>
      <w:r>
        <w:rPr>
          <w:sz w:val="20"/>
        </w:rPr>
        <w:t>архитектурно-строительного проектирования, строительства, реконструкции,</w:t>
      </w:r>
    </w:p>
    <w:p>
      <w:pPr>
        <w:keepNext/>
        <w:spacing w:after="80"/>
      </w:pPr>
      <w:r>
        <w:rPr>
          <w:sz w:val="20"/>
        </w:rPr>
        <w:t>капитального ремонта объектов капитального строительства не требуется);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фамилия, имя, отчество (последнее - при наличии), паспортные данные,</w:t>
      </w:r>
    </w:p>
    <w:p>
      <w:pPr>
        <w:keepNext/>
        <w:spacing w:after="80"/>
      </w:pPr>
      <w:r>
        <w:rPr>
          <w:sz w:val="20"/>
        </w:rPr>
        <w:t>адрес места жительства, телефон/факс, адрес электронной почты</w:t>
      </w:r>
    </w:p>
    <w:p>
      <w:pPr>
        <w:spacing w:after="80"/>
      </w:pPr>
      <w:r>
        <w:rPr>
          <w:sz w:val="20"/>
        </w:rPr>
        <w:t>(при наличии) - для физических лиц, не являющихся индивидуальными</w:t>
      </w:r>
    </w:p>
    <w:p>
      <w:pPr>
        <w:keepNext/>
        <w:spacing w:after="80"/>
      </w:pPr>
      <w:r>
        <w:rPr>
          <w:sz w:val="20"/>
        </w:rPr>
        <w:t>предпринимателями)</w:t>
      </w:r>
    </w:p>
    <w:p>
      <w:pPr>
        <w:keepNext/>
        <w:spacing w:after="80"/>
      </w:pPr>
      <w:r>
        <w:rPr>
          <w:sz w:val="20"/>
        </w:rPr>
        <w:t>Уполномоченный представитель застройщика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823"/>
        <w:gridCol w:w="2823"/>
        <w:gridCol w:w="2823"/>
        <w:gridCol w:w="2823"/>
        <w:gridCol w:w="282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Идентификационный номер в национальном реестре специалистов в области строительства (за исключением случаев, когда членство в саморегулируемых организациях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не требуется)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Технический заказчик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(полное и (или) сокращенное наименование, ОГРН, ИНН, место нахождения</w:t>
      </w:r>
    </w:p>
    <w:p>
      <w:pPr>
        <w:keepNext/>
        <w:spacing w:after="80"/>
      </w:pPr>
      <w:r>
        <w:rPr>
          <w:sz w:val="20"/>
        </w:rPr>
        <w:t>юридического лица, телефон/факс, адрес электронной почты (при наличии),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 саморегулируемой</w:t>
      </w:r>
    </w:p>
    <w:p>
      <w:pPr>
        <w:keepNext/>
        <w:spacing w:after="80"/>
      </w:pPr>
      <w:r>
        <w:rPr>
          <w:sz w:val="20"/>
        </w:rPr>
        <w:t>организации, членом которой является указанное юридическое лицо (за</w:t>
      </w:r>
    </w:p>
    <w:p>
      <w:pPr>
        <w:keepNext/>
        <w:spacing w:after="80"/>
      </w:pPr>
      <w:r>
        <w:rPr>
          <w:sz w:val="20"/>
        </w:rPr>
        <w:t>исключением случаев, когда членство в саморегулируемых организациях</w:t>
      </w:r>
    </w:p>
    <w:p>
      <w:pPr>
        <w:keepNext/>
        <w:spacing w:after="80"/>
      </w:pPr>
      <w:r>
        <w:rPr>
          <w:sz w:val="20"/>
        </w:rPr>
        <w:t>в области инженерных изысканий, архитектурно-строительного</w:t>
      </w:r>
    </w:p>
    <w:p>
      <w:pPr>
        <w:keepNext/>
        <w:spacing w:after="80"/>
      </w:pPr>
      <w:r>
        <w:rPr>
          <w:sz w:val="20"/>
        </w:rPr>
        <w:t>проектирования, строительства, реконструкции, капитального</w:t>
      </w:r>
    </w:p>
    <w:p>
      <w:pPr>
        <w:keepNext/>
        <w:spacing w:after="80"/>
      </w:pPr>
      <w:r>
        <w:rPr>
          <w:sz w:val="20"/>
        </w:rPr>
        <w:t>ремонта объектов капитального строительства не требуется)</w:t>
      </w:r>
    </w:p>
    <w:p>
      <w:pPr>
        <w:keepNext/>
        <w:spacing w:after="80"/>
      </w:pPr>
      <w:r>
        <w:rPr>
          <w:sz w:val="20"/>
        </w:rPr>
        <w:t>Уполномоченный представитель технического заказчика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823"/>
        <w:gridCol w:w="2823"/>
        <w:gridCol w:w="2823"/>
        <w:gridCol w:w="2823"/>
        <w:gridCol w:w="282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Идентификационный номер в национальном реестре специалистов в области строительства (за исключением случаев, когда членство в саморегулируемых организациях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не требуется)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Лицо, ответственное за эксплуатацию здания, сооружения, или региональный</w:t>
      </w:r>
    </w:p>
    <w:p>
      <w:pPr>
        <w:keepNext/>
        <w:spacing w:after="80"/>
      </w:pPr>
      <w:r>
        <w:rPr>
          <w:sz w:val="20"/>
        </w:rPr>
        <w:t>оператор (заполняется в случае, если договор строительного подряда</w:t>
      </w:r>
    </w:p>
    <w:p>
      <w:pPr>
        <w:keepNext/>
        <w:spacing w:after="80"/>
      </w:pPr>
      <w:r>
        <w:rPr>
          <w:sz w:val="20"/>
        </w:rPr>
        <w:t>заключается с лицом, ответственным за эксплуатацию здания, сооружения,</w:t>
      </w:r>
    </w:p>
    <w:p>
      <w:pPr>
        <w:keepNext/>
        <w:spacing w:after="80"/>
      </w:pPr>
      <w:r>
        <w:rPr>
          <w:sz w:val="20"/>
        </w:rPr>
        <w:t>или региональным оператором)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(фамилия, имя, отчество (последнее - при наличии), адрес места</w:t>
      </w:r>
    </w:p>
    <w:p>
      <w:pPr>
        <w:keepNext/>
        <w:spacing w:after="80"/>
      </w:pPr>
      <w:r>
        <w:rPr>
          <w:sz w:val="20"/>
        </w:rPr>
        <w:t>жительства, ОГРНИП, ИНН индивидуального предпринимателя,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ИНН, место нахождения</w:t>
      </w:r>
    </w:p>
    <w:p>
      <w:pPr>
        <w:keepNext/>
        <w:spacing w:after="80"/>
      </w:pPr>
      <w:r>
        <w:rPr>
          <w:sz w:val="20"/>
        </w:rPr>
        <w:t>юридического лица, телефон/факс, адрес электронной почты (при наличии),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фамилия, имя, отчество (последнее - при наличии), паспортные данные,</w:t>
      </w:r>
    </w:p>
    <w:p>
      <w:pPr>
        <w:keepNext/>
        <w:spacing w:after="80"/>
      </w:pPr>
      <w:r>
        <w:rPr>
          <w:sz w:val="20"/>
        </w:rPr>
        <w:t>адрес места жительства, телефон/факс, адрес электронной почты (при</w:t>
      </w:r>
    </w:p>
    <w:p>
      <w:pPr>
        <w:keepNext/>
        <w:spacing w:after="80"/>
      </w:pPr>
      <w:r>
        <w:rPr>
          <w:sz w:val="20"/>
        </w:rPr>
        <w:t>наличии) - для физических лиц, не являющихся индивидуальными</w:t>
      </w:r>
    </w:p>
    <w:p>
      <w:pPr>
        <w:keepNext/>
        <w:spacing w:after="80"/>
      </w:pPr>
      <w:r>
        <w:rPr>
          <w:sz w:val="20"/>
        </w:rPr>
        <w:t>предпринимателями)</w:t>
      </w:r>
    </w:p>
    <w:p>
      <w:pPr>
        <w:keepNext/>
        <w:spacing w:after="80"/>
      </w:pPr>
      <w:r>
        <w:rPr>
          <w:sz w:val="20"/>
        </w:rPr>
        <w:t>Уполномоченный представитель лица, ответственного за эксплуатацию</w:t>
      </w:r>
    </w:p>
    <w:p>
      <w:pPr>
        <w:keepNext/>
        <w:spacing w:after="80"/>
      </w:pPr>
      <w:r>
        <w:rPr>
          <w:sz w:val="20"/>
        </w:rPr>
        <w:t>здания, сооружения, или регионального оператора (заполняется в случае,</w:t>
      </w:r>
    </w:p>
    <w:p>
      <w:pPr>
        <w:keepNext/>
        <w:spacing w:after="80"/>
      </w:pPr>
      <w:r>
        <w:rPr>
          <w:sz w:val="20"/>
        </w:rPr>
        <w:t>если договор строительного подряда заключается с лицом, ответственным</w:t>
      </w:r>
    </w:p>
    <w:p>
      <w:pPr>
        <w:keepNext/>
        <w:spacing w:after="80"/>
      </w:pPr>
      <w:r>
        <w:rPr>
          <w:sz w:val="20"/>
        </w:rPr>
        <w:t>за эксплуатацию здания, сооружения, или региональным оператором)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Сведения о выданном разрешении на строительство (заполняется в случае,</w:t>
      </w:r>
    </w:p>
    <w:p>
      <w:pPr>
        <w:keepNext/>
        <w:spacing w:after="80"/>
      </w:pPr>
      <w:r>
        <w:rPr>
          <w:sz w:val="20"/>
        </w:rPr>
        <w:t>если разрешение на строительство требуется в соответствии со статьей 51</w:t>
      </w:r>
    </w:p>
    <w:p>
      <w:pPr>
        <w:keepNext/>
        <w:spacing w:after="80"/>
      </w:pPr>
      <w:r>
        <w:rPr>
          <w:sz w:val="20"/>
        </w:rPr>
        <w:t>Градостроительного кодекса Российской Федерации (Собрание</w:t>
      </w:r>
    </w:p>
    <w:p>
      <w:pPr>
        <w:keepNext/>
        <w:spacing w:after="80"/>
      </w:pPr>
      <w:r>
        <w:rPr>
          <w:sz w:val="20"/>
        </w:rPr>
        <w:t>законодательства Российской Федерации, 2005, № 1, ст. 16; 2022, № 29,</w:t>
      </w:r>
    </w:p>
    <w:p>
      <w:pPr>
        <w:keepNext/>
        <w:spacing w:after="80"/>
      </w:pPr>
      <w:r>
        <w:rPr>
          <w:sz w:val="20"/>
        </w:rPr>
        <w:t>ст. 5317)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(номер, дата выдачи разрешения на строительство, наименование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органа исполнительной власти, государственной корпорации или органа</w:t>
      </w:r>
    </w:p>
    <w:p>
      <w:pPr>
        <w:keepNext/>
        <w:spacing w:after="80"/>
      </w:pPr>
      <w:r>
        <w:rPr>
          <w:sz w:val="20"/>
        </w:rPr>
        <w:t>местного самоуправления, выдавших разрешение)</w:t>
      </w:r>
    </w:p>
    <w:p>
      <w:pPr>
        <w:keepNext/>
        <w:spacing w:after="80"/>
      </w:pPr>
      <w:r>
        <w:rPr>
          <w:sz w:val="20"/>
        </w:rPr>
        <w:t>Лицо, осуществляющее подготовку проектной документации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(фамилия, имя, отчество (последнее - при наличии), адрес места</w:t>
      </w:r>
    </w:p>
    <w:p>
      <w:pPr>
        <w:keepNext/>
        <w:spacing w:after="80"/>
      </w:pPr>
      <w:r>
        <w:rPr>
          <w:sz w:val="20"/>
        </w:rPr>
        <w:t>жительства, адрес электронной почты (при наличии), ОГРНИП, ИНН</w:t>
      </w:r>
    </w:p>
    <w:p>
      <w:pPr>
        <w:keepNext/>
        <w:spacing w:after="80"/>
      </w:pPr>
      <w:r>
        <w:rPr>
          <w:sz w:val="20"/>
        </w:rPr>
        <w:t>индивидуального предпринимателя,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ИНН, место нахождения</w:t>
      </w:r>
    </w:p>
    <w:p>
      <w:pPr>
        <w:keepNext/>
        <w:spacing w:after="80"/>
      </w:pPr>
      <w:r>
        <w:rPr>
          <w:sz w:val="20"/>
        </w:rPr>
        <w:t>юридического лица, телефон/факс, адрес электронной почты (при наличии),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 саморегулируемой</w:t>
      </w:r>
    </w:p>
    <w:p>
      <w:pPr>
        <w:keepNext/>
        <w:spacing w:after="80"/>
      </w:pPr>
      <w:r>
        <w:rPr>
          <w:sz w:val="20"/>
        </w:rPr>
        <w:t>организации, членом которой является указанное юридическое лицо или</w:t>
      </w:r>
    </w:p>
    <w:p>
      <w:pPr>
        <w:keepNext/>
        <w:spacing w:after="80"/>
      </w:pPr>
      <w:r>
        <w:rPr>
          <w:sz w:val="20"/>
        </w:rPr>
        <w:t>индивидуальный предприниматель (за исключением случаев, когда членство</w:t>
      </w:r>
    </w:p>
    <w:p>
      <w:pPr>
        <w:keepNext/>
        <w:spacing w:after="80"/>
      </w:pPr>
      <w:r>
        <w:rPr>
          <w:sz w:val="20"/>
        </w:rPr>
        <w:t>в саморегулируемых организациях в области инженерных изысканий,</w:t>
      </w:r>
    </w:p>
    <w:p>
      <w:pPr>
        <w:keepNext/>
        <w:spacing w:after="80"/>
      </w:pPr>
      <w:r>
        <w:rPr>
          <w:sz w:val="20"/>
        </w:rPr>
        <w:t>архитектурно-строительного проектирования, строительства, реконструкции,</w:t>
      </w:r>
    </w:p>
    <w:p>
      <w:pPr>
        <w:keepNext/>
        <w:spacing w:after="80"/>
      </w:pPr>
      <w:r>
        <w:rPr>
          <w:sz w:val="20"/>
        </w:rPr>
        <w:t>капитального ремонта объектов капитального строительства не требуется)</w:t>
      </w:r>
    </w:p>
    <w:p>
      <w:pPr>
        <w:keepNext/>
        <w:spacing w:after="80"/>
      </w:pPr>
      <w:r>
        <w:rPr>
          <w:sz w:val="20"/>
        </w:rPr>
        <w:t>Уполномоченный представитель лица, осуществляющего подготовку проектной</w:t>
      </w:r>
    </w:p>
    <w:p>
      <w:pPr>
        <w:keepNext/>
        <w:spacing w:after="80"/>
      </w:pPr>
      <w:r>
        <w:rPr>
          <w:sz w:val="20"/>
        </w:rPr>
        <w:t>документации, по вопросам проверки соответствия выполняемых работ</w:t>
      </w:r>
    </w:p>
    <w:p>
      <w:pPr>
        <w:keepNext/>
        <w:spacing w:after="80"/>
      </w:pPr>
      <w:r>
        <w:rPr>
          <w:sz w:val="20"/>
        </w:rPr>
        <w:t>проектной документации (далее - авторский надзор)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823"/>
        <w:gridCol w:w="2823"/>
        <w:gridCol w:w="2823"/>
        <w:gridCol w:w="2823"/>
        <w:gridCol w:w="282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Полное и (или) сокращенное наименование или фамилия, имя, отчество (последнее - при наличии) лица, осуществляющего подготовку проектной документации, сведения о разделах проектной документации, подготовленных этим лицом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наличии), должность (при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Идентификационный номер в национальном реестре специалистов в области архитектурно-строительного проектирования (за исключением случаев, когда членство в саморегулируемых организациях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не требуется)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Сведения о положительном заключении экспертизы проектной документации</w:t>
      </w:r>
    </w:p>
    <w:p>
      <w:pPr>
        <w:spacing w:after="80"/>
      </w:pPr>
      <w:r>
        <w:rPr>
          <w:sz w:val="20"/>
        </w:rPr>
        <w:t>(заполняется в случае, если при строительстве, реконструкции объекта</w:t>
      </w:r>
    </w:p>
    <w:p>
      <w:pPr>
        <w:keepNext/>
        <w:spacing w:after="80"/>
      </w:pPr>
      <w:r>
        <w:rPr>
          <w:sz w:val="20"/>
        </w:rPr>
        <w:t>капитального строительства в соответствии со статьей 49</w:t>
      </w:r>
    </w:p>
    <w:p>
      <w:pPr>
        <w:keepNext/>
        <w:spacing w:after="80"/>
      </w:pPr>
      <w:r>
        <w:rPr>
          <w:sz w:val="20"/>
        </w:rPr>
        <w:t>Градостроительного кодекса Российской Федерации (Собрание</w:t>
      </w:r>
    </w:p>
    <w:p>
      <w:pPr>
        <w:keepNext/>
        <w:spacing w:after="80"/>
      </w:pPr>
      <w:r>
        <w:rPr>
          <w:sz w:val="20"/>
        </w:rPr>
        <w:t>законодательства Российской Федерации, 2005, № 1, ст. 16; 2022, № 29,</w:t>
      </w:r>
    </w:p>
    <w:p>
      <w:pPr>
        <w:keepNext/>
        <w:spacing w:after="80"/>
      </w:pPr>
      <w:r>
        <w:rPr>
          <w:sz w:val="20"/>
        </w:rPr>
        <w:t>ст. 5317) проводится экспертиза проектной документации)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(номер и дата выдачи, орган или организация, его утвердившие)</w:t>
      </w:r>
    </w:p>
    <w:p>
      <w:pPr>
        <w:keepNext/>
        <w:spacing w:after="80"/>
      </w:pPr>
      <w:r>
        <w:rPr>
          <w:sz w:val="20"/>
        </w:rPr>
        <w:t>Лицо, осуществляющее строительство, реконструкцию, капитальный ремонт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spacing w:after="80"/>
      </w:pPr>
      <w:r>
        <w:rPr>
          <w:sz w:val="20"/>
        </w:rPr>
        <w:t>(фамилия, имя, отчество (последнее - при наличии), адрес места</w:t>
      </w:r>
    </w:p>
    <w:p>
      <w:pPr>
        <w:keepNext/>
        <w:spacing w:after="80"/>
      </w:pPr>
      <w:r>
        <w:rPr>
          <w:sz w:val="20"/>
        </w:rPr>
        <w:t>жительства, ОГРНИП, ИНН индивидуального предпринимателя,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ИНН, место нахождения</w:t>
      </w:r>
    </w:p>
    <w:p>
      <w:pPr>
        <w:keepNext/>
        <w:spacing w:after="80"/>
      </w:pPr>
      <w:r>
        <w:rPr>
          <w:sz w:val="20"/>
        </w:rPr>
        <w:t>юридического лица, телефон/факс, адрес электронной почты (при наличии),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полное и (или) сокращенное наименование, ОГРН, ИНН саморегулируемой</w:t>
      </w:r>
    </w:p>
    <w:p>
      <w:pPr>
        <w:keepNext/>
        <w:spacing w:after="80"/>
      </w:pPr>
      <w:r>
        <w:rPr>
          <w:sz w:val="20"/>
        </w:rPr>
        <w:t>организации, членом которой является указанное юридическое лицо или</w:t>
      </w:r>
    </w:p>
    <w:p>
      <w:pPr>
        <w:keepNext/>
        <w:spacing w:after="80"/>
      </w:pPr>
      <w:r>
        <w:rPr>
          <w:sz w:val="20"/>
        </w:rPr>
        <w:t>индивидуальный предприниматель (за исключением случаев, когда членство</w:t>
      </w:r>
    </w:p>
    <w:p>
      <w:pPr>
        <w:keepNext/>
        <w:spacing w:after="80"/>
      </w:pPr>
      <w:r>
        <w:rPr>
          <w:sz w:val="20"/>
        </w:rPr>
        <w:t>в саморегулируемых организациях в области инженерных изысканий,</w:t>
      </w:r>
    </w:p>
    <w:p>
      <w:pPr>
        <w:keepNext/>
        <w:spacing w:after="80"/>
      </w:pPr>
      <w:r>
        <w:rPr>
          <w:sz w:val="20"/>
        </w:rPr>
        <w:t>архитектурно-строительного проектирования, строительства, реконструкции,</w:t>
      </w:r>
    </w:p>
    <w:p>
      <w:pPr>
        <w:keepNext/>
        <w:spacing w:after="80"/>
      </w:pPr>
      <w:r>
        <w:rPr>
          <w:sz w:val="20"/>
        </w:rPr>
        <w:t>капитального ремонта объектов капитального строительства не требуется)</w:t>
      </w:r>
    </w:p>
    <w:p>
      <w:pPr>
        <w:keepNext/>
        <w:spacing w:after="80"/>
      </w:pPr>
      <w:r>
        <w:rPr>
          <w:sz w:val="20"/>
        </w:rPr>
        <w:t>Уполномоченный представитель лица, осуществляющего строительство,</w:t>
      </w:r>
    </w:p>
    <w:p>
      <w:pPr>
        <w:keepNext/>
        <w:spacing w:after="80"/>
      </w:pPr>
      <w:r>
        <w:rPr>
          <w:sz w:val="20"/>
        </w:rPr>
        <w:t>реконструкцию, капитальный ремонт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823"/>
        <w:gridCol w:w="2823"/>
        <w:gridCol w:w="2823"/>
        <w:gridCol w:w="2823"/>
        <w:gridCol w:w="282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Идентификационный номер в национальном реестре специалистов в области строительства (за исключением случаев, когда членство в саморегулируемых организациях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не требуется)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Уполномоченный представитель застройщика или технического заказчика</w:t>
      </w:r>
    </w:p>
    <w:p>
      <w:pPr>
        <w:keepNext/>
        <w:spacing w:after="80"/>
      </w:pPr>
      <w:r>
        <w:rPr>
          <w:sz w:val="20"/>
        </w:rPr>
        <w:t>по вопросам строительного контроля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Уполномоченный представитель лица, ответственного за эксплуатацию здания,</w:t>
      </w:r>
    </w:p>
    <w:p>
      <w:pPr>
        <w:keepNext/>
        <w:spacing w:after="80"/>
      </w:pPr>
      <w:r>
        <w:rPr>
          <w:sz w:val="20"/>
        </w:rPr>
        <w:t>сооружения, и (или) регионального оператора по вопросам</w:t>
      </w:r>
    </w:p>
    <w:p>
      <w:pPr>
        <w:keepNext/>
        <w:spacing w:after="80"/>
      </w:pPr>
      <w:r>
        <w:rPr>
          <w:sz w:val="20"/>
        </w:rPr>
        <w:t>строительного контроля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Уполномоченный представитель лица, осуществляющего строительство,</w:t>
      </w:r>
    </w:p>
    <w:p>
      <w:pPr>
        <w:keepNext/>
        <w:spacing w:after="80"/>
      </w:pPr>
      <w:r>
        <w:rPr>
          <w:sz w:val="20"/>
        </w:rPr>
        <w:t>реконструкцию, капитальный ремонт, по вопросам строительного контроля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Наименование, дата, номер документа, подтверждающего полномочие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Другие лица, осуществляющие строительство, реконструкцию, капитальный</w:t>
      </w:r>
    </w:p>
    <w:p>
      <w:pPr>
        <w:keepNext/>
        <w:spacing w:after="80"/>
      </w:pPr>
      <w:r>
        <w:rPr>
          <w:sz w:val="20"/>
        </w:rPr>
        <w:t>ремонт, их уполномоченные представители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наличии), адрес места жительства, ОГРНИП, ИНН - для индивидуальных предпринимателей, полное и (или) сокращенное наименование, ОГРН, ИНН, место нахождения - для юридических лиц, фамилия, имя, отчество (последнее - при наличии) паспортные данные, адрес места жительства - для физических лиц, не являющихся индивидуальными предпринимателями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имя, отчество (последнее - при наличии), должность (при наличии) уполномоченного представителя лица, осуществляющего строительство, реконструкцию, капитальный ремонт, наименование, дата, номер документа, подтверждающего полномочие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Выполняемые работы по строительству, реконструкции, капитальному ремонту объекта капитального строительства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 уполномоченного представителя лица, осуществляющего строительство, реконструкцию, капитальный ремонт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keepNext/>
        <w:spacing w:after="80"/>
      </w:pPr>
      <w:r>
        <w:rPr>
          <w:sz w:val="20"/>
        </w:rPr>
        <w:t>Сведения о государственном строительном надзоре__________________________</w:t>
      </w:r>
    </w:p>
    <w:p>
      <w:pPr>
        <w:spacing w:after="80"/>
      </w:pPr>
      <w:r>
        <w:rPr>
          <w:sz w:val="20"/>
        </w:rPr>
        <w:t>(наименование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органа государственного строительного надзора, почтовые реквизиты,</w:t>
      </w:r>
    </w:p>
    <w:p>
      <w:pPr>
        <w:keepNext/>
        <w:spacing w:after="80"/>
      </w:pPr>
      <w:r>
        <w:rPr>
          <w:sz w:val="20"/>
        </w:rPr>
        <w:t>телефон/факс, адрес электронной почты (при наличии),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фамилия, имя, отчество (последнее - при наличии), должность</w:t>
      </w:r>
    </w:p>
    <w:p>
      <w:pPr>
        <w:keepNext/>
        <w:spacing w:after="80"/>
      </w:pPr>
      <w:r>
        <w:rPr>
          <w:sz w:val="20"/>
        </w:rPr>
        <w:t>должностного лица,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номер, дата приказа (распоряжения) о назначении должностного лица</w:t>
      </w:r>
    </w:p>
    <w:p>
      <w:pPr>
        <w:keepNext/>
        <w:spacing w:after="80"/>
      </w:pPr>
      <w:r>
        <w:rPr>
          <w:sz w:val="20"/>
        </w:rPr>
        <w:t>ответственным за осуществление государственного строительного надзора</w:t>
      </w:r>
    </w:p>
    <w:p>
      <w:pPr>
        <w:keepNext/>
        <w:spacing w:after="80"/>
      </w:pPr>
      <w:r>
        <w:rPr>
          <w:sz w:val="20"/>
        </w:rPr>
        <w:t>на объекте капитального строительства)</w:t>
      </w:r>
    </w:p>
    <w:p>
      <w:pPr>
        <w:keepNext/>
        <w:spacing w:after="80"/>
      </w:pPr>
      <w:r>
        <w:rPr>
          <w:sz w:val="20"/>
        </w:rPr>
        <w:t>Общие сведения об объекте капитального строительства_____________________</w:t>
      </w:r>
    </w:p>
    <w:p>
      <w:pPr>
        <w:spacing w:after="80"/>
      </w:pPr>
      <w:r>
        <w:rPr>
          <w:sz w:val="20"/>
        </w:rPr>
        <w:t>(наименование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объекта капитального строительства, краткие</w:t>
      </w:r>
    </w:p>
    <w:p>
      <w:pPr>
        <w:keepNext/>
        <w:spacing w:after="80"/>
      </w:pPr>
      <w:r>
        <w:rPr>
          <w:sz w:val="20"/>
        </w:rPr>
        <w:t>_________________________________________________________________________</w:t>
      </w:r>
    </w:p>
    <w:p>
      <w:pPr>
        <w:keepNext/>
        <w:spacing w:after="80"/>
      </w:pPr>
      <w:r>
        <w:rPr>
          <w:sz w:val="20"/>
        </w:rPr>
        <w:t>проектные характеристики объекта капитального строительства)</w:t>
      </w:r>
    </w:p>
    <w:p>
      <w:pPr>
        <w:keepNext/>
        <w:spacing w:after="80"/>
      </w:pPr>
      <w:r>
        <w:rPr>
          <w:sz w:val="20"/>
        </w:rPr>
        <w:t>Начало строительства, реконструкции, капитального ремонта объекта</w:t>
      </w:r>
    </w:p>
    <w:p>
      <w:pPr>
        <w:keepNext/>
        <w:spacing w:after="80"/>
      </w:pPr>
      <w:r>
        <w:rPr>
          <w:sz w:val="20"/>
        </w:rPr>
        <w:t>капитального строительства_______________________________________________</w:t>
      </w:r>
    </w:p>
    <w:p>
      <w:pPr>
        <w:spacing w:after="80"/>
      </w:pPr>
      <w:r>
        <w:rPr>
          <w:sz w:val="20"/>
        </w:rPr>
        <w:t>(дата)</w:t>
      </w:r>
    </w:p>
    <w:p>
      <w:pPr>
        <w:keepNext/>
        <w:spacing w:after="80"/>
      </w:pPr>
      <w:r>
        <w:rPr>
          <w:sz w:val="20"/>
        </w:rPr>
        <w:t>Окончание строительства, реконструкции, капитального ремонта объекта</w:t>
      </w:r>
    </w:p>
    <w:p>
      <w:pPr>
        <w:keepNext/>
        <w:spacing w:after="80"/>
      </w:pPr>
      <w:r>
        <w:rPr>
          <w:sz w:val="20"/>
        </w:rPr>
        <w:t>капитального строительства_______________________________________________</w:t>
      </w:r>
    </w:p>
    <w:p>
      <w:pPr>
        <w:spacing w:after="80"/>
      </w:pPr>
      <w:r>
        <w:rPr>
          <w:sz w:val="20"/>
        </w:rPr>
        <w:t>(дата)</w:t>
      </w:r>
    </w:p>
    <w:p>
      <w:pPr>
        <w:keepNext/>
        <w:spacing w:after="80"/>
      </w:pPr>
      <w:r>
        <w:rPr>
          <w:sz w:val="20"/>
        </w:rPr>
        <w:t>В настоящем журнале __________страниц. Журнал пронумерован, сброшюрован и</w:t>
      </w:r>
    </w:p>
    <w:p>
      <w:pPr>
        <w:keepNext/>
        <w:spacing w:after="80"/>
      </w:pPr>
      <w:r>
        <w:rPr>
          <w:sz w:val="20"/>
        </w:rPr>
        <w:t>скреплен печатью (заполняется в случае, если общий журнал, в котором</w:t>
      </w:r>
    </w:p>
    <w:p>
      <w:pPr>
        <w:keepNext/>
        <w:spacing w:after="80"/>
      </w:pPr>
      <w:r>
        <w:rPr>
          <w:sz w:val="20"/>
        </w:rPr>
        <w:t>ведется учет выполненных работ, ведется на бумажном носителе).</w:t>
      </w:r>
    </w:p>
    <w:p>
      <w:pPr>
        <w:keepNext/>
        <w:spacing w:after="80"/>
      </w:pPr>
      <w:r>
        <w:rPr>
          <w:sz w:val="20"/>
        </w:rPr>
        <w:t>В журнале содержится учет выполнения работ в период с____________________</w:t>
      </w:r>
    </w:p>
    <w:p>
      <w:pPr>
        <w:keepNext/>
        <w:spacing w:after="80"/>
      </w:pPr>
      <w:r>
        <w:rPr>
          <w:sz w:val="20"/>
        </w:rPr>
        <w:t>по _________________(заполняется в случае, если в процессе строительства,</w:t>
      </w:r>
    </w:p>
    <w:p>
      <w:pPr>
        <w:keepNext/>
        <w:spacing w:after="80"/>
      </w:pPr>
      <w:r>
        <w:rPr>
          <w:sz w:val="20"/>
        </w:rPr>
        <w:t>реконструкции, капитального ремонта велось несколько журналов)</w:t>
      </w:r>
    </w:p>
    <w:p>
      <w:pPr>
        <w:keepNext/>
        <w:spacing w:after="80"/>
      </w:pPr>
      <w:r>
        <w:rPr>
          <w:sz w:val="20"/>
        </w:rPr>
        <w:t>_________ ______________________ ________________________________________</w:t>
      </w:r>
    </w:p>
    <w:p>
      <w:pPr>
        <w:spacing w:after="80"/>
      </w:pPr>
      <w:r>
        <w:rPr>
          <w:sz w:val="20"/>
        </w:rPr>
        <w:t>(подпись) (расшифровка подписи) (должность (при наличии) - для</w:t>
      </w:r>
    </w:p>
    <w:p>
      <w:pPr>
        <w:keepNext/>
        <w:spacing w:after="80"/>
      </w:pPr>
      <w:r>
        <w:rPr>
          <w:sz w:val="20"/>
        </w:rPr>
        <w:t>застройщика или технического заказчика,</w:t>
      </w:r>
    </w:p>
    <w:p>
      <w:pPr>
        <w:keepNext/>
        <w:spacing w:after="80"/>
      </w:pPr>
      <w:r>
        <w:rPr>
          <w:sz w:val="20"/>
        </w:rPr>
        <w:t>являющегося юридическим лицом)</w:t>
      </w:r>
    </w:p>
    <w:p>
      <w:pPr>
        <w:keepNext/>
        <w:spacing w:after="80"/>
      </w:pPr>
      <w:r>
        <w:rPr>
          <w:sz w:val="20"/>
        </w:rPr>
        <w:t>М.П.</w:t>
      </w:r>
    </w:p>
    <w:p>
      <w:pPr>
        <w:spacing w:after="80"/>
      </w:pPr>
      <w:r>
        <w:rPr>
          <w:sz w:val="20"/>
        </w:rPr>
        <w:t>(при наличии)</w:t>
      </w:r>
    </w:p>
    <w:p>
      <w:pPr>
        <w:spacing w:after="80"/>
      </w:pPr>
      <w:r>
        <w:rPr>
          <w:sz w:val="20"/>
        </w:rPr>
        <w:t>(для застройщика</w:t>
      </w:r>
    </w:p>
    <w:p>
      <w:pPr>
        <w:keepNext/>
        <w:spacing w:after="80"/>
      </w:pPr>
      <w:r>
        <w:rPr>
          <w:sz w:val="20"/>
        </w:rPr>
        <w:t>или технического заказчика,</w:t>
      </w:r>
    </w:p>
    <w:p>
      <w:pPr>
        <w:keepNext/>
        <w:spacing w:after="80"/>
      </w:pPr>
      <w:r>
        <w:rPr>
          <w:sz w:val="20"/>
        </w:rPr>
        <w:t>являющегося юридическим лицом,</w:t>
      </w:r>
    </w:p>
    <w:p>
      <w:pPr>
        <w:keepNext/>
        <w:spacing w:after="80"/>
      </w:pPr>
      <w:r>
        <w:rPr>
          <w:sz w:val="20"/>
        </w:rPr>
        <w:t>заполняется в случае, если общий</w:t>
      </w:r>
    </w:p>
    <w:p>
      <w:pPr>
        <w:keepNext/>
        <w:spacing w:after="80"/>
      </w:pPr>
      <w:r>
        <w:rPr>
          <w:sz w:val="20"/>
        </w:rPr>
        <w:t>журнал, в котором ведется учет</w:t>
      </w:r>
    </w:p>
    <w:p>
      <w:pPr>
        <w:keepNext/>
        <w:spacing w:after="80"/>
      </w:pPr>
      <w:r>
        <w:rPr>
          <w:sz w:val="20"/>
        </w:rPr>
        <w:t>выполненных работ, ведется на</w:t>
      </w:r>
    </w:p>
    <w:p>
      <w:pPr>
        <w:keepNext/>
        <w:spacing w:after="80"/>
      </w:pPr>
      <w:r>
        <w:rPr>
          <w:sz w:val="20"/>
        </w:rPr>
        <w:t>бумажном носителе)</w:t>
      </w:r>
    </w:p>
    <w:p>
      <w:pPr>
        <w:keepNext/>
        <w:spacing w:after="80"/>
      </w:pPr>
      <w:r>
        <w:rPr>
          <w:sz w:val="20"/>
        </w:rPr>
        <w:t>Регистрационная надпись органа государственного строительного надзора</w:t>
      </w:r>
    </w:p>
    <w:p>
      <w:pPr>
        <w:spacing w:after="80"/>
      </w:pPr>
      <w:r>
        <w:rPr>
          <w:sz w:val="20"/>
        </w:rPr>
        <w:t>(заполняется должностным лицом органа государственного строительного</w:t>
      </w:r>
    </w:p>
    <w:p>
      <w:pPr>
        <w:keepNext/>
        <w:spacing w:after="80"/>
      </w:pPr>
      <w:r>
        <w:rPr>
          <w:sz w:val="20"/>
        </w:rPr>
        <w:t>надзора)</w:t>
      </w:r>
    </w:p>
    <w:p>
      <w:pPr>
        <w:keepNext/>
        <w:spacing w:after="80"/>
      </w:pPr>
      <w:r>
        <w:rPr>
          <w:sz w:val="20"/>
        </w:rPr>
        <w:t>_________________ _______________________ _______________________________</w:t>
      </w:r>
    </w:p>
    <w:p>
      <w:pPr>
        <w:spacing w:after="80"/>
      </w:pPr>
      <w:r>
        <w:rPr>
          <w:sz w:val="20"/>
        </w:rPr>
        <w:t>(личная подпись) (расшифровка подписи) (должность (при наличии)</w:t>
      </w:r>
    </w:p>
    <w:p>
      <w:pPr>
        <w:keepNext/>
        <w:spacing w:after="80"/>
      </w:pPr>
      <w:r>
        <w:rPr>
          <w:sz w:val="20"/>
        </w:rPr>
        <w:t>"____"______________ г.</w:t>
      </w:r>
    </w:p>
    <w:p>
      <w:pPr>
        <w:keepNext/>
        <w:spacing w:after="80"/>
      </w:pPr>
      <w:r>
        <w:rPr>
          <w:sz w:val="20"/>
        </w:rPr>
        <w:t>Сведения об изменениях в записях титульного листа общего журнала,</w:t>
      </w:r>
    </w:p>
    <w:p>
      <w:pPr>
        <w:keepNext/>
        <w:spacing w:after="80"/>
      </w:pPr>
      <w:r>
        <w:rPr>
          <w:sz w:val="20"/>
        </w:rPr>
        <w:t>в котором ведется учет выполнения работ по строительству, реконструкции,</w:t>
      </w:r>
    </w:p>
    <w:p>
      <w:pPr>
        <w:keepNext/>
        <w:spacing w:after="80"/>
      </w:pPr>
      <w:r>
        <w:rPr>
          <w:sz w:val="20"/>
        </w:rPr>
        <w:t>капитальному ремонту объекта капитального строительства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Изменения в записях с указанием основания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инициалы, должность (при наличии) лица, внесшего изменения, наименование, дата, номер документа, подтверждающего полномочие лица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pStyle w:val="Heading1"/>
        <w:pageBreakBefore/>
      </w:pPr>
      <w:r>
        <w:t>Раздел 1 Список инженерно-технического персонала лица, осуществляющего строительство, реконструкцию, капитальный ремонт, занятого при строительстве, реконструкции, капитальном ремонте объекта капитального строительства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823"/>
        <w:gridCol w:w="2823"/>
        <w:gridCol w:w="2823"/>
        <w:gridCol w:w="2823"/>
        <w:gridCol w:w="282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Полное и (или) сокращенное наименование или фамилия, имя отчество (последнее - при наличии) лица, осуществляющего строительство, реконструкцию, капитальный ремонт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Фамилия, инициалы, должность (при наличии) лица, входящего в список инженерно-технического персонала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начала работ на объекте капитального строительства с указанием вида работ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окончания работ на объекте капитального строительства</w:t>
            </w:r>
          </w:p>
        </w:tc>
        <w:tc>
          <w:tcPr>
            <w:tcW w:type="dxa" w:w="282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наличии), фамилия, инициалы, подпись уполномоченного представителя лица, осуществляющего строительство, реконструкцию, капитальный ремонт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82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  <w:tc>
          <w:tcPr>
            <w:tcW w:type="dxa" w:w="2823"/>
          </w:tcPr>
          <w:p>
            <w:pPr>
              <w:spacing w:after="40" w:line="240" w:lineRule="auto"/>
            </w:pPr>
          </w:p>
        </w:tc>
      </w:tr>
    </w:tbl>
    <w:p>
      <w:pPr>
        <w:pStyle w:val="Heading1"/>
        <w:pageBreakBefore/>
      </w:pPr>
      <w:r>
        <w:t>Раздел 2 Перечень специальных журналов, в которых ведется учет выполнения работ, а также журналов авторского надзора лица, осуществляющего подготовку проектной документации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3529"/>
        <w:gridCol w:w="3529"/>
        <w:gridCol w:w="3529"/>
        <w:gridCol w:w="3529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 специального журнала (журнала авторского надзора) и дата его выдачи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Полное и (или) сокращенное наименование или фамилия, имя, отчество (при наличии) лица, осуществляющего строительство, реконструкцию, капитальный ремонт (лица, осуществляющего подготовку проектной документации), ведущих журнал, их уполномоченных представителей с указанием должности (при наличии), фамилии, инициалов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передачи застройщику или техническому заказчику журнала</w:t>
            </w:r>
          </w:p>
        </w:tc>
        <w:tc>
          <w:tcPr>
            <w:tcW w:type="dxa" w:w="3529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Подпись уполномоченного представителя застройщика или технического заказчика, лица, ответственного за эксплуатацию здания, сооружения, и (или) регионального оператора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529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  <w:tc>
          <w:tcPr>
            <w:tcW w:type="dxa" w:w="3529"/>
          </w:tcPr>
          <w:p>
            <w:pPr>
              <w:spacing w:after="40" w:line="240" w:lineRule="auto"/>
            </w:pPr>
          </w:p>
        </w:tc>
      </w:tr>
    </w:tbl>
    <w:p>
      <w:pPr>
        <w:pStyle w:val="Heading1"/>
        <w:pageBreakBefore/>
      </w:pPr>
      <w:r>
        <w:t>Раздел 3 Сведения о выполнении работ в процессе строительства, реконструкции, капитального ремонта объекта капитального строительства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1417"/>
        <w:gridCol w:w="2268"/>
        <w:gridCol w:w="6803"/>
        <w:gridCol w:w="3628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1417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выполнения работ</w:t>
            </w:r>
          </w:p>
        </w:tc>
        <w:tc>
          <w:tcPr>
            <w:tcW w:type="dxa" w:w="2268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Условия производства работ</w:t>
            </w:r>
          </w:p>
        </w:tc>
        <w:tc>
          <w:tcPr>
            <w:tcW w:type="dxa" w:w="680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 работ, выполняемых в процессе строительства, реконструкции, капитального ремонта объекта капитального строительства с указанием осей, рядов, отметов, пикетов, этажей, ярусов, секций, помещений, в которых выполнялись работы, сведения о методах выполнения работ, применяемых строительных материалах, изделиях и конструкциях, проведенных испытаниях конструкций, оборудования, систем, сетей и устройств (опробование вхолостую или под нагрузкой, подача электроэнергии, давления, испытания на прочность и герметичность)</w:t>
            </w:r>
          </w:p>
        </w:tc>
        <w:tc>
          <w:tcPr>
            <w:tcW w:type="dxa" w:w="3628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наличии), фамилия, инициалы, подпись уполномоченного представителя лица, осуществляющего строительство, реконструкцию, капитальный ремонт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1417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268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680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3628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1417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268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680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3628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1417"/>
          </w:tcPr>
          <w:p>
            <w:pPr>
              <w:spacing w:after="40" w:line="240" w:lineRule="auto"/>
            </w:pPr>
            <w:r>
              <w:rPr>
                <w:sz w:val="18"/>
              </w:rPr>
              <w:t>15.09.2026</w:t>
            </w:r>
          </w:p>
        </w:tc>
        <w:tc>
          <w:tcPr>
            <w:tcW w:type="dxa" w:w="2268"/>
          </w:tcPr>
          <w:p>
            <w:pPr>
              <w:spacing w:after="40" w:line="240" w:lineRule="auto"/>
            </w:pPr>
            <w:r>
              <w:rPr>
                <w:sz w:val="18"/>
              </w:rPr>
              <w:t>Учебные условия: сухо, +15 °C</w:t>
            </w:r>
          </w:p>
        </w:tc>
        <w:tc>
          <w:tcPr>
            <w:tcW w:type="dxa" w:w="6803"/>
          </w:tcPr>
          <w:p>
            <w:pPr>
              <w:spacing w:after="40" w:line="240" w:lineRule="auto"/>
            </w:pPr>
            <w:r>
              <w:rPr>
                <w:sz w:val="18"/>
              </w:rPr>
              <w:t>Учебный объект А: армирование Ф-1 в осях А–Б/1–2 по КЖ-01, лист 4. Материалы по КЧ-А/01. Освидетельствование до бетонирования.</w:t>
            </w:r>
          </w:p>
        </w:tc>
        <w:tc>
          <w:tcPr>
            <w:tcW w:type="dxa" w:w="3628"/>
          </w:tcPr>
          <w:p>
            <w:pPr>
              <w:spacing w:after="40" w:line="240" w:lineRule="auto"/>
            </w:pPr>
            <w:r>
              <w:rPr>
                <w:sz w:val="18"/>
              </w:rPr>
              <w:t>Уполномоченный представитель; подпись не имитируется</w:t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1417"/>
          </w:tcPr>
          <w:p>
            <w:pPr>
              <w:spacing w:after="40" w:line="240" w:lineRule="auto"/>
            </w:pPr>
          </w:p>
        </w:tc>
        <w:tc>
          <w:tcPr>
            <w:tcW w:type="dxa" w:w="2268"/>
          </w:tcPr>
          <w:p>
            <w:pPr>
              <w:spacing w:after="40" w:line="240" w:lineRule="auto"/>
            </w:pPr>
          </w:p>
        </w:tc>
        <w:tc>
          <w:tcPr>
            <w:tcW w:type="dxa" w:w="6803"/>
          </w:tcPr>
          <w:p>
            <w:pPr>
              <w:spacing w:after="40" w:line="240" w:lineRule="auto"/>
            </w:pPr>
          </w:p>
        </w:tc>
        <w:tc>
          <w:tcPr>
            <w:tcW w:type="dxa" w:w="3628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1417"/>
          </w:tcPr>
          <w:p>
            <w:pPr>
              <w:spacing w:after="40" w:line="240" w:lineRule="auto"/>
            </w:pPr>
          </w:p>
        </w:tc>
        <w:tc>
          <w:tcPr>
            <w:tcW w:type="dxa" w:w="2268"/>
          </w:tcPr>
          <w:p>
            <w:pPr>
              <w:spacing w:after="40" w:line="240" w:lineRule="auto"/>
            </w:pPr>
          </w:p>
        </w:tc>
        <w:tc>
          <w:tcPr>
            <w:tcW w:type="dxa" w:w="6803"/>
          </w:tcPr>
          <w:p>
            <w:pPr>
              <w:spacing w:after="40" w:line="240" w:lineRule="auto"/>
            </w:pPr>
          </w:p>
        </w:tc>
        <w:tc>
          <w:tcPr>
            <w:tcW w:type="dxa" w:w="3628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1417"/>
          </w:tcPr>
          <w:p>
            <w:pPr>
              <w:spacing w:after="40" w:line="240" w:lineRule="auto"/>
            </w:pPr>
          </w:p>
        </w:tc>
        <w:tc>
          <w:tcPr>
            <w:tcW w:type="dxa" w:w="2268"/>
          </w:tcPr>
          <w:p>
            <w:pPr>
              <w:spacing w:after="40" w:line="240" w:lineRule="auto"/>
            </w:pPr>
          </w:p>
        </w:tc>
        <w:tc>
          <w:tcPr>
            <w:tcW w:type="dxa" w:w="6803"/>
          </w:tcPr>
          <w:p>
            <w:pPr>
              <w:spacing w:after="40" w:line="240" w:lineRule="auto"/>
            </w:pPr>
          </w:p>
        </w:tc>
        <w:tc>
          <w:tcPr>
            <w:tcW w:type="dxa" w:w="3628"/>
          </w:tcPr>
          <w:p>
            <w:pPr>
              <w:spacing w:after="40" w:line="240" w:lineRule="auto"/>
            </w:pPr>
          </w:p>
        </w:tc>
      </w:tr>
    </w:tbl>
    <w:p>
      <w:pPr>
        <w:pStyle w:val="Heading1"/>
        <w:pageBreakBefore/>
      </w:pPr>
      <w:r>
        <w:t>Раздел 4 Сведения о строительном контроле в процессе строительства, реконструкции, капитального ремонта объекта капитального строительства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353"/>
        <w:gridCol w:w="2353"/>
        <w:gridCol w:w="2353"/>
        <w:gridCol w:w="2353"/>
        <w:gridCol w:w="2353"/>
        <w:gridCol w:w="235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Сведения о проведении строительного контроля при строительстве, реконструкции, капитальном ремонте объекта капитального строительства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Выявленные недостатки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Срок устранения выявленных недостатков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наличии), фамилия, инициалы, подпись уполномоченного представителя застройщика или технического заказчика, лица, ответственного за эксплуатацию здания, сооружения, и (или) регионального оператора по вопросам строительного контроля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устранения недостатков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 (при наличии), фамилия, инициалы, подпись уполномоченного представителя застройщика или технического заказчика, лица, ответственного за эксплуатацию здания, сооружения, и(или) регионального оператора по вопросам строительного контроля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7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</w:tr>
    </w:tbl>
    <w:p>
      <w:pPr>
        <w:pStyle w:val="Heading1"/>
        <w:pageBreakBefore/>
      </w:pPr>
      <w:r>
        <w:t>Раздел 5 Перечень исполнительной документации при строительстве, реконструкции, капитальном ремонте объекта капитального строительства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7058"/>
        <w:gridCol w:w="7058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7058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Наименование исполнительной документации (с указанием наименования и реквизитов документа, вида работ, места расположения конструкций, участков сетей инженерно-технического обеспечения)</w:t>
            </w:r>
          </w:p>
        </w:tc>
        <w:tc>
          <w:tcPr>
            <w:tcW w:type="dxa" w:w="7058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подписания документа, должности (при наличии), фамилии, инициалы лиц, подписавших документы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7058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7058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7058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7058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7058"/>
          </w:tcPr>
          <w:p>
            <w:pPr>
              <w:spacing w:after="40" w:line="240" w:lineRule="auto"/>
            </w:pPr>
            <w:r>
              <w:rPr>
                <w:sz w:val="18"/>
              </w:rPr>
              <w:t>Акт СР-А/01 от 15.09.2026 освидетельствования армирования Ф-1, оси А–Б/1–2</w:t>
            </w:r>
          </w:p>
        </w:tc>
        <w:tc>
          <w:tcPr>
            <w:tcW w:type="dxa" w:w="7058"/>
          </w:tcPr>
          <w:p>
            <w:pPr>
              <w:spacing w:after="40" w:line="240" w:lineRule="auto"/>
            </w:pPr>
            <w:r>
              <w:rPr>
                <w:sz w:val="18"/>
              </w:rPr>
              <w:t>15.09.2026; уполномоченные представители заказчика и подрядчика А. Реальные должности, ФИО и подписи заполняются по акту.</w:t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7058"/>
          </w:tcPr>
          <w:p>
            <w:pPr>
              <w:spacing w:after="40" w:line="240" w:lineRule="auto"/>
            </w:pPr>
          </w:p>
        </w:tc>
        <w:tc>
          <w:tcPr>
            <w:tcW w:type="dxa" w:w="7058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7058"/>
          </w:tcPr>
          <w:p>
            <w:pPr>
              <w:spacing w:after="40" w:line="240" w:lineRule="auto"/>
            </w:pPr>
          </w:p>
        </w:tc>
        <w:tc>
          <w:tcPr>
            <w:tcW w:type="dxa" w:w="7058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7058"/>
          </w:tcPr>
          <w:p>
            <w:pPr>
              <w:spacing w:after="40" w:line="240" w:lineRule="auto"/>
            </w:pPr>
          </w:p>
        </w:tc>
        <w:tc>
          <w:tcPr>
            <w:tcW w:type="dxa" w:w="7058"/>
          </w:tcPr>
          <w:p>
            <w:pPr>
              <w:spacing w:after="40" w:line="240" w:lineRule="auto"/>
            </w:pPr>
          </w:p>
        </w:tc>
      </w:tr>
    </w:tbl>
    <w:p>
      <w:pPr>
        <w:pStyle w:val="Heading1"/>
        <w:pageBreakBefore/>
      </w:pPr>
      <w:r>
        <w:t>Раздел 6 Сведения о государственном строительном надзоре при строительстве, реконструкции объекта капитального строительства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680"/>
        <w:gridCol w:w="2353"/>
        <w:gridCol w:w="2353"/>
        <w:gridCol w:w="2353"/>
        <w:gridCol w:w="2353"/>
        <w:gridCol w:w="2353"/>
        <w:gridCol w:w="2353"/>
      </w:tblGrid>
      <w:tr>
        <w:trPr>
          <w:tblHeader/>
        </w:trPr>
        <w:tc>
          <w:tcPr>
            <w:tcW w:type="dxa" w:w="680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№ п/п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Дата контрольного (надзорного) мероприятия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Данные о проведенных органом государственного строительного надзора контрольных (надзорных) мероприятиях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Срок устранения выявленных нарушений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Должность, фамилия, инициалы, подпись должностного лица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Фактическая дата устранения выявленных нарушений</w:t>
            </w:r>
          </w:p>
        </w:tc>
        <w:tc>
          <w:tcPr>
            <w:tcW w:type="dxa" w:w="2353"/>
            <w:shd w:fill="E7EFF9"/>
          </w:tcPr>
          <w:p>
            <w:pPr>
              <w:spacing w:after="40" w:line="240" w:lineRule="auto"/>
            </w:pPr>
            <w:r>
              <w:rPr>
                <w:sz w:val="18"/>
              </w:rPr>
              <w:t>Должность, фамилия, инициалы, подпись должностного лица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  <w:t>7</w:t>
            </w:r>
          </w:p>
        </w:tc>
      </w:tr>
      <w:tr>
        <w:tc>
          <w:tcPr>
            <w:tcW w:type="dxa" w:w="680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  <w:tc>
          <w:tcPr>
            <w:tcW w:type="dxa" w:w="2353"/>
          </w:tcPr>
          <w:p>
            <w:pPr>
              <w:spacing w:after="40" w:line="240" w:lineRule="auto"/>
            </w:pPr>
            <w:r>
              <w:rPr>
                <w:sz w:val="18"/>
              </w:rPr>
            </w: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</w:tr>
      <w:tr>
        <w:trPr>
          <w:trHeight w:val="454" w:hRule="atLeast"/>
        </w:trPr>
        <w:tc>
          <w:tcPr>
            <w:tcW w:type="dxa" w:w="680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  <w:tc>
          <w:tcPr>
            <w:tcW w:type="dxa" w:w="2353"/>
          </w:tcPr>
          <w:p>
            <w:pPr>
              <w:spacing w:after="40" w:line="240" w:lineRule="auto"/>
            </w:pPr>
          </w:p>
        </w:tc>
      </w:tr>
    </w:tbl>
    <w:sectPr w:rsidR="00FC693F" w:rsidRPr="0006063C" w:rsidSect="00034616">
      <w:headerReference w:type="default" r:id="rId9"/>
      <w:footerReference w:type="default" r:id="rId10"/>
      <w:pgSz w:w="16838" w:h="11906" w:orient="landscape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N06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